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JEBSS MANUSCRIPT TEMPLATE</w:t>
      </w:r>
    </w:p>
    <w:p>
      <w:pPr>
        <w:pStyle w:val="Heading2"/>
      </w:pPr>
      <w:r>
        <w:t>Title of the Article</w:t>
      </w:r>
    </w:p>
    <w:p>
      <w:r>
        <w:rPr>
          <w:i/>
        </w:rPr>
        <w:t>(Times New Roman, 16 pt, Bold, Centered)</w:t>
      </w:r>
    </w:p>
    <w:p>
      <w:pPr>
        <w:pStyle w:val="Heading2"/>
      </w:pPr>
      <w:r>
        <w:t>Abstract (150–250 words)</w:t>
      </w:r>
    </w:p>
    <w:p>
      <w:r>
        <w:t>[Write your abstract here. Summarize the objectives, methodology, findings, and significance.]</w:t>
      </w:r>
    </w:p>
    <w:p>
      <w:r>
        <w:t>Keywords: keyword1; keyword2; keyword3; keyword4; keyword5</w:t>
      </w:r>
    </w:p>
    <w:p>
      <w:pPr>
        <w:pStyle w:val="Heading2"/>
      </w:pPr>
      <w:r>
        <w:t>1. Introduction</w:t>
      </w:r>
    </w:p>
    <w:p>
      <w:r>
        <w:t>[Introduce the research question, purpose, importance, context.]</w:t>
      </w:r>
    </w:p>
    <w:p>
      <w:pPr>
        <w:pStyle w:val="Heading2"/>
      </w:pPr>
      <w:r>
        <w:t>2. Literature Review / Theoretical Background</w:t>
      </w:r>
    </w:p>
    <w:p>
      <w:r>
        <w:t>[Summarize relevant scholarly works and theoretical foundations.]</w:t>
      </w:r>
    </w:p>
    <w:p>
      <w:pPr>
        <w:pStyle w:val="Heading2"/>
      </w:pPr>
      <w:r>
        <w:t>3. Methodology</w:t>
      </w:r>
    </w:p>
    <w:p>
      <w:r>
        <w:t>[Describe research design, data collection, data analysis, ethical considerations.]</w:t>
      </w:r>
    </w:p>
    <w:p>
      <w:pPr>
        <w:pStyle w:val="Heading2"/>
      </w:pPr>
      <w:r>
        <w:t>4. Findings / Results</w:t>
      </w:r>
    </w:p>
    <w:p>
      <w:r>
        <w:t>[Present findings clearly, using tables/figures where appropriate.]</w:t>
      </w:r>
    </w:p>
    <w:p>
      <w:pPr>
        <w:pStyle w:val="Heading2"/>
      </w:pPr>
      <w:r>
        <w:t>5. Discussion</w:t>
      </w:r>
    </w:p>
    <w:p>
      <w:r>
        <w:t>[Interpret results, compare with previous research, implications.]</w:t>
      </w:r>
    </w:p>
    <w:p>
      <w:pPr>
        <w:pStyle w:val="Heading2"/>
      </w:pPr>
      <w:r>
        <w:t>6. Conclusion</w:t>
      </w:r>
    </w:p>
    <w:p>
      <w:r>
        <w:t>[Summarize key findings, limitations, recommendations.]</w:t>
      </w:r>
    </w:p>
    <w:p>
      <w:pPr>
        <w:pStyle w:val="Heading2"/>
      </w:pPr>
      <w:r>
        <w:t>References</w:t>
      </w:r>
    </w:p>
    <w:p>
      <w:r>
        <w:t>(Use APA 7 / Chicago Author–Date / Harvard consistently)</w:t>
      </w:r>
    </w:p>
    <w:p/>
    <w:p>
      <w:r>
        <w:t>Example (APA):</w:t>
      </w:r>
    </w:p>
    <w:p>
      <w:r>
        <w:t>Smith, J. (2022). Economic transitions. *Journal of Economics*, 15(3), 125–140.</w:t>
      </w:r>
    </w:p>
    <w:p>
      <w:pPr>
        <w:pStyle w:val="Heading2"/>
      </w:pPr>
      <w:r>
        <w:t>Appendix (If applicable)</w:t>
      </w:r>
    </w:p>
    <w:p>
      <w:r>
        <w:t>[Add supplementary materials.]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